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8: Plan the Class Party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You have a budget of $50.00. Choose what to buy, add up the cost, and stay under budget. Show your math!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73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Item</w:t>
            </w:r>
          </w:p>
        </w:tc>
        <w:tc>
          <w:tcPr>
            <w:tcW w:type="dxa" w:w="158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Price</w:t>
            </w:r>
          </w:p>
        </w:tc>
        <w:tc>
          <w:tcPr>
            <w:tcW w:type="dxa" w:w="273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Item</w:t>
            </w:r>
          </w:p>
        </w:tc>
        <w:tc>
          <w:tcPr>
            <w:tcW w:type="dxa" w:w="158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Price</w:t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2"/>
              </w:rPr>
              <w:t>Balloons (pack)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$6.00</w:t>
            </w:r>
          </w:p>
        </w:tc>
        <w:tc>
          <w:tcPr>
            <w:tcW w:type="dxa" w:w="273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Pizza (1)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$12.00</w:t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Cupcakes (12)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$9.50</w:t>
            </w:r>
          </w:p>
        </w:tc>
        <w:tc>
          <w:tcPr>
            <w:tcW w:type="dxa" w:w="273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Fruit tray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$8.00</w:t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2"/>
              </w:rPr>
              <w:t>Juice (8 pack)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$4.25</w:t>
            </w:r>
          </w:p>
        </w:tc>
        <w:tc>
          <w:tcPr>
            <w:tcW w:type="dxa" w:w="273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Plates &amp; cups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$5.50</w:t>
            </w:r>
          </w:p>
        </w:tc>
      </w:tr>
      <w:tr>
        <w:tc>
          <w:tcPr>
            <w:tcW w:type="dxa" w:w="273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Chips (bag)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$3.75</w:t>
            </w:r>
          </w:p>
        </w:tc>
        <w:tc>
          <w:tcPr>
            <w:tcW w:type="dxa" w:w="273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Playlist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FREE</w:t>
            </w:r>
          </w:p>
        </w:tc>
      </w:tr>
    </w:tbl>
    <w:p>
      <w:pPr>
        <w:spacing w:after="120" w:before="0"/>
      </w:pPr>
      <w:r>
        <w:rPr>
          <w:b w:val="0"/>
          <w:i w:val="0"/>
          <w:sz w:val="12"/>
        </w:rPr>
      </w:r>
    </w:p>
    <w:p>
      <w:pPr>
        <w:spacing w:after="120" w:before="0"/>
      </w:pPr>
      <w:r>
        <w:rPr>
          <w:b/>
          <w:i w:val="0"/>
          <w:sz w:val="22"/>
        </w:rPr>
        <w:t>My shopping list (item and price):</w:t>
      </w:r>
    </w:p>
    <w:p>
      <w:pPr>
        <w:spacing w:after="16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</w:t>
      </w:r>
    </w:p>
    <w:p>
      <w:pPr>
        <w:spacing w:after="16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</w:t>
      </w:r>
    </w:p>
    <w:p>
      <w:pPr>
        <w:spacing w:after="16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</w:t>
      </w:r>
    </w:p>
    <w:p>
      <w:pPr>
        <w:spacing w:after="16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</w:t>
      </w:r>
    </w:p>
    <w:p>
      <w:pPr>
        <w:spacing w:after="160" w:before="0"/>
      </w:pPr>
      <w:r>
        <w:rPr>
          <w:b/>
          <w:i w:val="0"/>
          <w:sz w:val="22"/>
        </w:rPr>
        <w:t>Total spent:  ____________          Money left from $50.00:  ____________</w:t>
      </w:r>
    </w:p>
    <w:p>
      <w:pPr>
        <w:spacing w:after="40" w:before="0"/>
      </w:pPr>
      <w:r>
        <w:rPr>
          <w:b w:val="0"/>
          <w:i w:val="0"/>
          <w:sz w:val="22"/>
        </w:rPr>
        <w:t>Challenge (Gr 6):  You buy 2 pizzas to feed 24 students. What is the cost per student?  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